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06E4" w14:textId="777314BE" w:rsidR="009E357F" w:rsidRDefault="00AF77A1">
      <w:pPr>
        <w:jc w:val="center"/>
      </w:pPr>
      <w:r>
        <w:rPr>
          <w:b/>
          <w:sz w:val="48"/>
        </w:rPr>
        <w:t>E</w:t>
      </w:r>
      <w:r w:rsidR="0039647E">
        <w:rPr>
          <w:b/>
          <w:sz w:val="48"/>
        </w:rPr>
        <w:t>lien</w:t>
      </w:r>
      <w:r>
        <w:rPr>
          <w:b/>
          <w:sz w:val="48"/>
        </w:rPr>
        <w:t xml:space="preserve"> </w:t>
      </w:r>
      <w:r w:rsidR="0039647E">
        <w:rPr>
          <w:b/>
          <w:sz w:val="48"/>
        </w:rPr>
        <w:t>Vanhonacker</w:t>
      </w:r>
    </w:p>
    <w:p w14:paraId="7F5A093A" w14:textId="77777777" w:rsidR="009E357F" w:rsidRDefault="00AF77A1">
      <w:pPr>
        <w:jc w:val="center"/>
      </w:pPr>
      <w:r>
        <w:rPr>
          <w:b/>
          <w:sz w:val="22"/>
        </w:rPr>
        <w:t>Gegradueerd verpleegkundige | Toegepaste psychiatrische verpleegkunde</w:t>
      </w:r>
    </w:p>
    <w:p w14:paraId="3C210350" w14:textId="77777777" w:rsidR="009E357F" w:rsidRDefault="00AF77A1">
      <w:pPr>
        <w:jc w:val="center"/>
      </w:pPr>
      <w:r>
        <w:t>Ervaren verpleegkundige met meer dan 13 jaar ervaring binnen de geestelijke gezondheidszorg</w:t>
      </w:r>
    </w:p>
    <w:p w14:paraId="5988D6AC" w14:textId="77777777" w:rsidR="009E357F" w:rsidRDefault="00AF77A1">
      <w:pPr>
        <w:spacing w:before="180" w:after="80"/>
      </w:pPr>
      <w:r>
        <w:rPr>
          <w:b/>
          <w:sz w:val="24"/>
        </w:rPr>
        <w:t>CONTACTGEGEVENS</w:t>
      </w:r>
    </w:p>
    <w:p w14:paraId="71A070AE" w14:textId="0A48483F" w:rsidR="009E357F" w:rsidRDefault="00AF77A1">
      <w:r>
        <w:t xml:space="preserve">Adres: </w:t>
      </w:r>
      <w:proofErr w:type="spellStart"/>
      <w:r w:rsidR="0039647E">
        <w:t>Waterkeer</w:t>
      </w:r>
      <w:proofErr w:type="spellEnd"/>
      <w:r w:rsidR="0039647E">
        <w:t xml:space="preserve"> 11 – 8587 </w:t>
      </w:r>
      <w:proofErr w:type="spellStart"/>
      <w:r w:rsidR="0039647E">
        <w:t>Helkijn</w:t>
      </w:r>
      <w:proofErr w:type="spellEnd"/>
      <w:r w:rsidR="0039647E">
        <w:t xml:space="preserve"> </w:t>
      </w:r>
    </w:p>
    <w:p w14:paraId="330FA824" w14:textId="25B56AE5" w:rsidR="009E357F" w:rsidRDefault="00AF77A1">
      <w:r>
        <w:t xml:space="preserve">Telefoon: </w:t>
      </w:r>
      <w:r w:rsidR="0039647E">
        <w:t>+32 741 13 59 85</w:t>
      </w:r>
    </w:p>
    <w:p w14:paraId="7AB23A53" w14:textId="03F633BF" w:rsidR="009E357F" w:rsidRDefault="00AF77A1">
      <w:r>
        <w:t xml:space="preserve">E-mail: </w:t>
      </w:r>
      <w:r w:rsidR="0039647E">
        <w:t>elienvanh@telenet.be</w:t>
      </w:r>
    </w:p>
    <w:p w14:paraId="22748CC6" w14:textId="77777777" w:rsidR="009E357F" w:rsidRDefault="00AF77A1">
      <w:pPr>
        <w:spacing w:before="180" w:after="80"/>
      </w:pPr>
      <w:r>
        <w:rPr>
          <w:b/>
          <w:sz w:val="24"/>
        </w:rPr>
        <w:t>PROFESSIONEEL PROFIEL</w:t>
      </w:r>
    </w:p>
    <w:p w14:paraId="6C493CC0" w14:textId="77777777" w:rsidR="009E357F" w:rsidRDefault="00AF77A1">
      <w:r>
        <w:t>Ervaren en betrokken verpleegkundige met meer dan 13 jaar ervaring binnen de geestelijke gezondheidszorg. Door mijn werk op verschillende psychiatrische afdelingen heb ik een brede ervaring opgebouwd in patiëntenzorg, observatie, communicatie, begeleiding en samenwerking. Ik ben geduldig, behulpzaam, flexibel en communicatief sterk. Na vele jaren binnen dezelfde organisatie ben ik op zoek naar een nieuwe professionele uitdaging dichter bij huis, waarbij ik mijn verpleegkundige ervaring kan inzetten en verder kan groeien.</w:t>
      </w:r>
    </w:p>
    <w:p w14:paraId="50AC9420" w14:textId="77777777" w:rsidR="009E357F" w:rsidRDefault="00AF77A1">
      <w:pPr>
        <w:spacing w:before="180" w:after="80"/>
      </w:pPr>
      <w:r>
        <w:rPr>
          <w:b/>
          <w:sz w:val="24"/>
        </w:rPr>
        <w:t>WERKERVARING</w:t>
      </w:r>
    </w:p>
    <w:p w14:paraId="07BB6B91" w14:textId="77777777" w:rsidR="009E357F" w:rsidRDefault="00AF77A1">
      <w:r>
        <w:rPr>
          <w:b/>
        </w:rPr>
        <w:t>2013 – heden | Psychiatrisch Centrum Menen</w:t>
      </w:r>
    </w:p>
    <w:p w14:paraId="3C1A4848" w14:textId="77777777" w:rsidR="009E357F" w:rsidRDefault="00AF77A1">
      <w:pPr>
        <w:pStyle w:val="Lijstopsomteken"/>
      </w:pPr>
      <w:r>
        <w:t>Crisisafdeling</w:t>
      </w:r>
    </w:p>
    <w:p w14:paraId="5753CB3F" w14:textId="77777777" w:rsidR="009E357F" w:rsidRDefault="00AF77A1">
      <w:pPr>
        <w:pStyle w:val="Lijstopsomteken"/>
      </w:pPr>
      <w:r>
        <w:t>Gerontopsychiatrie</w:t>
      </w:r>
    </w:p>
    <w:p w14:paraId="44A9089A" w14:textId="77777777" w:rsidR="009E357F" w:rsidRDefault="00AF77A1">
      <w:pPr>
        <w:pStyle w:val="Lijstopsomteken"/>
      </w:pPr>
      <w:r>
        <w:t>Afdeling stemming- en angststoornissen</w:t>
      </w:r>
    </w:p>
    <w:p w14:paraId="23BBD82F" w14:textId="77777777" w:rsidR="009E357F" w:rsidRDefault="00AF77A1">
      <w:pPr>
        <w:pStyle w:val="Lijstopsomteken"/>
      </w:pPr>
      <w:r>
        <w:t>Afdeling dubbeldiagnose en psychosenzorg – huidige afdeling, circa 10 jaar</w:t>
      </w:r>
    </w:p>
    <w:p w14:paraId="78614D8D" w14:textId="77777777" w:rsidR="009E357F" w:rsidRDefault="00AF77A1">
      <w:r>
        <w:t>Binnen deze functies ervaring opgebouwd in patiëntgerichte zorg, psychiatrische observatie, begeleiding, communicatie, multidisciplinair samenwerken, omgaan met crisissituaties en het begeleiden van patiënten met complexe problematiek.</w:t>
      </w:r>
    </w:p>
    <w:p w14:paraId="47E90931" w14:textId="77777777" w:rsidR="009E357F" w:rsidRDefault="00AF77A1">
      <w:pPr>
        <w:spacing w:before="180" w:after="80"/>
      </w:pPr>
      <w:r>
        <w:rPr>
          <w:b/>
          <w:sz w:val="24"/>
        </w:rPr>
        <w:t>OPLEIDING</w:t>
      </w:r>
    </w:p>
    <w:p w14:paraId="52127717" w14:textId="77777777" w:rsidR="009E357F" w:rsidRDefault="00AF77A1">
      <w:r>
        <w:rPr>
          <w:b/>
        </w:rPr>
        <w:t>30 juni 2013 – Gegradueerde verpleegkundige</w:t>
      </w:r>
    </w:p>
    <w:p w14:paraId="296F827A" w14:textId="77777777" w:rsidR="009E357F" w:rsidRDefault="00AF77A1">
      <w:r>
        <w:rPr>
          <w:b/>
        </w:rPr>
        <w:t>Toegepaste psychiatrische verpleegkunde</w:t>
      </w:r>
    </w:p>
    <w:p w14:paraId="35ED42FC" w14:textId="77777777" w:rsidR="009E357F" w:rsidRDefault="00AF77A1">
      <w:pPr>
        <w:spacing w:before="180" w:after="80"/>
      </w:pPr>
      <w:r>
        <w:rPr>
          <w:b/>
          <w:sz w:val="24"/>
        </w:rPr>
        <w:t>BIJSCHOLINGEN &amp; AANVULLENDE OPLEIDINGEN</w:t>
      </w:r>
    </w:p>
    <w:p w14:paraId="6A2F8E05" w14:textId="77777777" w:rsidR="009E357F" w:rsidRDefault="00AF77A1">
      <w:pPr>
        <w:pStyle w:val="Lijstopsomteken"/>
      </w:pPr>
      <w:r>
        <w:rPr>
          <w:b/>
        </w:rPr>
        <w:t xml:space="preserve">2014 – </w:t>
      </w:r>
      <w:r>
        <w:t>EHBO</w:t>
      </w:r>
    </w:p>
    <w:p w14:paraId="3D6832CE" w14:textId="77777777" w:rsidR="009E357F" w:rsidRDefault="00AF77A1">
      <w:pPr>
        <w:pStyle w:val="Lijstopsomteken"/>
      </w:pPr>
      <w:r>
        <w:rPr>
          <w:b/>
        </w:rPr>
        <w:t xml:space="preserve">2015 – </w:t>
      </w:r>
      <w:r>
        <w:t>Labyrint Psychotica</w:t>
      </w:r>
    </w:p>
    <w:p w14:paraId="6171CC45" w14:textId="77777777" w:rsidR="009E357F" w:rsidRDefault="00AF77A1">
      <w:pPr>
        <w:pStyle w:val="Lijstopsomteken"/>
      </w:pPr>
      <w:r>
        <w:rPr>
          <w:b/>
        </w:rPr>
        <w:t xml:space="preserve">2016 – </w:t>
      </w:r>
      <w:r>
        <w:t>Kwaliteit &amp; patiëntveiligheid – hoogrisicomedicatie</w:t>
      </w:r>
    </w:p>
    <w:p w14:paraId="65B65F30" w14:textId="27D269CF" w:rsidR="009E357F" w:rsidRDefault="00AF77A1">
      <w:pPr>
        <w:pStyle w:val="Lijstopsomteken"/>
      </w:pPr>
      <w:r>
        <w:rPr>
          <w:b/>
        </w:rPr>
        <w:t xml:space="preserve">2016 – </w:t>
      </w:r>
      <w:proofErr w:type="spellStart"/>
      <w:r>
        <w:t>Opleiding</w:t>
      </w:r>
      <w:proofErr w:type="spellEnd"/>
      <w:r>
        <w:t xml:space="preserve"> </w:t>
      </w:r>
      <w:proofErr w:type="spellStart"/>
      <w:r>
        <w:t>medicatie</w:t>
      </w:r>
      <w:r w:rsidR="00E8575C">
        <w:t>beheer</w:t>
      </w:r>
      <w:proofErr w:type="spellEnd"/>
    </w:p>
    <w:p w14:paraId="206E9266" w14:textId="77777777" w:rsidR="009E357F" w:rsidRDefault="00AF77A1">
      <w:pPr>
        <w:pStyle w:val="Lijstopsomteken"/>
      </w:pPr>
      <w:r>
        <w:rPr>
          <w:b/>
        </w:rPr>
        <w:t xml:space="preserve">2017 – </w:t>
      </w:r>
      <w:r>
        <w:t>Suïcidepreventie</w:t>
      </w:r>
    </w:p>
    <w:p w14:paraId="4CF3245A" w14:textId="3DA249F6" w:rsidR="009E357F" w:rsidRDefault="00AF77A1">
      <w:pPr>
        <w:pStyle w:val="Lijstopsomteken"/>
      </w:pPr>
      <w:r>
        <w:rPr>
          <w:b/>
        </w:rPr>
        <w:t xml:space="preserve">2017 – </w:t>
      </w:r>
      <w:r>
        <w:t xml:space="preserve">Werken met de </w:t>
      </w:r>
      <w:proofErr w:type="spellStart"/>
      <w:r>
        <w:t>kracht</w:t>
      </w:r>
      <w:proofErr w:type="spellEnd"/>
      <w:r>
        <w:t xml:space="preserve"> van de </w:t>
      </w:r>
      <w:proofErr w:type="spellStart"/>
      <w:r>
        <w:t>mens</w:t>
      </w:r>
      <w:proofErr w:type="spellEnd"/>
      <w:r>
        <w:t xml:space="preserve"> – </w:t>
      </w:r>
      <w:proofErr w:type="spellStart"/>
      <w:r w:rsidR="001A5AD9">
        <w:t>crustatieve</w:t>
      </w:r>
      <w:proofErr w:type="spellEnd"/>
      <w:r>
        <w:t xml:space="preserve"> </w:t>
      </w:r>
      <w:proofErr w:type="spellStart"/>
      <w:r>
        <w:t>zorg</w:t>
      </w:r>
      <w:proofErr w:type="spellEnd"/>
    </w:p>
    <w:p w14:paraId="26C66D9C" w14:textId="77777777" w:rsidR="009E357F" w:rsidRDefault="00AF77A1">
      <w:pPr>
        <w:pStyle w:val="Lijstopsomteken"/>
      </w:pPr>
      <w:r>
        <w:rPr>
          <w:b/>
        </w:rPr>
        <w:t xml:space="preserve">2017 – </w:t>
      </w:r>
      <w:r>
        <w:t>Herstelgerichte visie</w:t>
      </w:r>
    </w:p>
    <w:p w14:paraId="2567B624" w14:textId="77777777" w:rsidR="009E357F" w:rsidRDefault="00AF77A1">
      <w:pPr>
        <w:pStyle w:val="Lijstopsomteken"/>
      </w:pPr>
      <w:r>
        <w:rPr>
          <w:b/>
        </w:rPr>
        <w:t xml:space="preserve">2018 – </w:t>
      </w:r>
      <w:r>
        <w:t>Introductie opleiding PMT / rugvriendelijk werken</w:t>
      </w:r>
    </w:p>
    <w:p w14:paraId="16C34CF6" w14:textId="77777777" w:rsidR="009E357F" w:rsidRDefault="00AF77A1">
      <w:pPr>
        <w:pStyle w:val="Lijstopsomteken"/>
      </w:pPr>
      <w:r>
        <w:rPr>
          <w:b/>
        </w:rPr>
        <w:lastRenderedPageBreak/>
        <w:t xml:space="preserve">2019 – </w:t>
      </w:r>
      <w:r>
        <w:t>Transculturele communicatie</w:t>
      </w:r>
    </w:p>
    <w:p w14:paraId="5D6C3096" w14:textId="77777777" w:rsidR="009E357F" w:rsidRDefault="00AF77A1">
      <w:pPr>
        <w:pStyle w:val="Lijstopsomteken"/>
      </w:pPr>
      <w:r>
        <w:rPr>
          <w:b/>
        </w:rPr>
        <w:t xml:space="preserve">2024 – </w:t>
      </w:r>
      <w:r>
        <w:t>Zorgdossier</w:t>
      </w:r>
    </w:p>
    <w:p w14:paraId="1A90E5AD" w14:textId="0FD201C0" w:rsidR="009E357F" w:rsidRDefault="00AF77A1">
      <w:pPr>
        <w:pStyle w:val="Lijstopsomteken"/>
      </w:pPr>
      <w:r>
        <w:rPr>
          <w:b/>
        </w:rPr>
        <w:t xml:space="preserve">2025 – </w:t>
      </w:r>
      <w:proofErr w:type="spellStart"/>
      <w:r>
        <w:t>Vo</w:t>
      </w:r>
      <w:r w:rsidR="001A5AD9">
        <w:t>rming</w:t>
      </w:r>
      <w:proofErr w:type="spellEnd"/>
      <w:r>
        <w:t xml:space="preserve"> HIC</w:t>
      </w:r>
    </w:p>
    <w:p w14:paraId="43C7E900" w14:textId="77777777" w:rsidR="009E357F" w:rsidRDefault="00AF77A1">
      <w:pPr>
        <w:pStyle w:val="Lijstopsomteken"/>
      </w:pPr>
      <w:r>
        <w:rPr>
          <w:b/>
        </w:rPr>
        <w:t xml:space="preserve">2025 – </w:t>
      </w:r>
      <w:r>
        <w:t>Afzondering &amp; fixatie in de praktijk</w:t>
      </w:r>
    </w:p>
    <w:p w14:paraId="674285F5" w14:textId="77777777" w:rsidR="009E357F" w:rsidRDefault="00AF77A1">
      <w:pPr>
        <w:pStyle w:val="Lijstopsomteken"/>
      </w:pPr>
      <w:r>
        <w:rPr>
          <w:b/>
        </w:rPr>
        <w:t xml:space="preserve">2025 – </w:t>
      </w:r>
      <w:r>
        <w:t>Inzicht in en aanpak van verslaving en middelenproblemen</w:t>
      </w:r>
    </w:p>
    <w:p w14:paraId="7E19E37D" w14:textId="77777777" w:rsidR="009E357F" w:rsidRDefault="00AF77A1">
      <w:pPr>
        <w:pStyle w:val="Lijstopsomteken"/>
      </w:pPr>
      <w:r>
        <w:rPr>
          <w:b/>
        </w:rPr>
        <w:t xml:space="preserve">2025 – </w:t>
      </w:r>
      <w:r>
        <w:t>EHBO</w:t>
      </w:r>
    </w:p>
    <w:p w14:paraId="42392A4C" w14:textId="77777777" w:rsidR="009E357F" w:rsidRDefault="00AF77A1">
      <w:pPr>
        <w:pStyle w:val="Lijstopsomteken"/>
      </w:pPr>
      <w:r>
        <w:rPr>
          <w:b/>
        </w:rPr>
        <w:t xml:space="preserve">2025 – </w:t>
      </w:r>
      <w:r>
        <w:t>Workshop positief &amp; verbindend communiceren</w:t>
      </w:r>
    </w:p>
    <w:p w14:paraId="26187110" w14:textId="25BD1512" w:rsidR="009E357F" w:rsidRDefault="00AF77A1">
      <w:pPr>
        <w:pStyle w:val="Lijstopsomteken"/>
      </w:pPr>
      <w:r>
        <w:rPr>
          <w:b/>
        </w:rPr>
        <w:t xml:space="preserve">2025 – </w:t>
      </w:r>
      <w:proofErr w:type="spellStart"/>
      <w:r>
        <w:t>Opleiding</w:t>
      </w:r>
      <w:proofErr w:type="spellEnd"/>
      <w:r>
        <w:t xml:space="preserve"> SRH</w:t>
      </w:r>
      <w:r w:rsidR="001A5AD9">
        <w:t xml:space="preserve"> – 7 </w:t>
      </w:r>
      <w:proofErr w:type="spellStart"/>
      <w:r w:rsidR="001A5AD9">
        <w:t>opleidingsdagen</w:t>
      </w:r>
      <w:proofErr w:type="spellEnd"/>
      <w:r w:rsidR="001A5AD9">
        <w:t xml:space="preserve"> </w:t>
      </w:r>
    </w:p>
    <w:p w14:paraId="76261A28" w14:textId="77777777" w:rsidR="009E357F" w:rsidRDefault="00AF77A1">
      <w:pPr>
        <w:pStyle w:val="Lijstopsomteken"/>
      </w:pPr>
      <w:r>
        <w:rPr>
          <w:b/>
        </w:rPr>
        <w:t xml:space="preserve">2026 – </w:t>
      </w:r>
      <w:proofErr w:type="spellStart"/>
      <w:r>
        <w:t>Autiscoop</w:t>
      </w:r>
      <w:proofErr w:type="spellEnd"/>
    </w:p>
    <w:p w14:paraId="0726D269" w14:textId="6DD6DC24" w:rsidR="0039647E" w:rsidRDefault="0039647E" w:rsidP="0039647E">
      <w:pPr>
        <w:pStyle w:val="Lijstopsomteken"/>
        <w:numPr>
          <w:ilvl w:val="0"/>
          <w:numId w:val="0"/>
        </w:numPr>
        <w:ind w:left="360"/>
        <w:rPr>
          <w:b/>
        </w:rPr>
      </w:pPr>
    </w:p>
    <w:p w14:paraId="2C05DE5F" w14:textId="7C4F19A5" w:rsidR="0039647E" w:rsidRDefault="0039647E" w:rsidP="0039647E">
      <w:pPr>
        <w:pStyle w:val="Lijstopsomteken"/>
        <w:numPr>
          <w:ilvl w:val="0"/>
          <w:numId w:val="0"/>
        </w:numPr>
        <w:ind w:left="360"/>
      </w:pPr>
      <w:r w:rsidRPr="0039647E">
        <w:t xml:space="preserve">De </w:t>
      </w:r>
      <w:proofErr w:type="spellStart"/>
      <w:r w:rsidRPr="0039647E">
        <w:t>lijst</w:t>
      </w:r>
      <w:proofErr w:type="spellEnd"/>
      <w:r w:rsidRPr="0039647E">
        <w:t xml:space="preserve"> is </w:t>
      </w:r>
      <w:proofErr w:type="spellStart"/>
      <w:r w:rsidRPr="0039647E">
        <w:t>niet</w:t>
      </w:r>
      <w:proofErr w:type="spellEnd"/>
      <w:r w:rsidRPr="0039647E">
        <w:t xml:space="preserve"> </w:t>
      </w:r>
      <w:proofErr w:type="spellStart"/>
      <w:r w:rsidRPr="0039647E">
        <w:t>volledig</w:t>
      </w:r>
      <w:proofErr w:type="spellEnd"/>
      <w:r w:rsidRPr="0039647E">
        <w:t xml:space="preserve">, </w:t>
      </w:r>
      <w:proofErr w:type="spellStart"/>
      <w:r w:rsidRPr="0039647E">
        <w:t>ik</w:t>
      </w:r>
      <w:proofErr w:type="spellEnd"/>
      <w:r w:rsidRPr="0039647E">
        <w:t xml:space="preserve"> </w:t>
      </w:r>
      <w:proofErr w:type="spellStart"/>
      <w:r w:rsidRPr="0039647E">
        <w:t>heb</w:t>
      </w:r>
      <w:proofErr w:type="spellEnd"/>
      <w:r w:rsidRPr="0039647E">
        <w:t xml:space="preserve"> </w:t>
      </w:r>
      <w:proofErr w:type="spellStart"/>
      <w:r w:rsidRPr="0039647E">
        <w:t>niet</w:t>
      </w:r>
      <w:proofErr w:type="spellEnd"/>
      <w:r w:rsidRPr="0039647E">
        <w:t xml:space="preserve"> va</w:t>
      </w:r>
      <w:r>
        <w:t>n</w:t>
      </w:r>
      <w:r w:rsidRPr="0039647E">
        <w:t xml:space="preserve"> alle </w:t>
      </w:r>
      <w:proofErr w:type="spellStart"/>
      <w:r w:rsidRPr="0039647E">
        <w:t>gevolgde</w:t>
      </w:r>
      <w:proofErr w:type="spellEnd"/>
      <w:r w:rsidRPr="0039647E">
        <w:t xml:space="preserve"> </w:t>
      </w:r>
      <w:proofErr w:type="spellStart"/>
      <w:r w:rsidRPr="0039647E">
        <w:t>bijscholingen</w:t>
      </w:r>
      <w:proofErr w:type="spellEnd"/>
      <w:r w:rsidRPr="0039647E">
        <w:t xml:space="preserve"> </w:t>
      </w:r>
      <w:proofErr w:type="spellStart"/>
      <w:r w:rsidRPr="0039647E">
        <w:t>een</w:t>
      </w:r>
      <w:proofErr w:type="spellEnd"/>
      <w:r w:rsidRPr="0039647E">
        <w:t xml:space="preserve"> attest </w:t>
      </w:r>
      <w:proofErr w:type="spellStart"/>
      <w:r w:rsidRPr="0039647E">
        <w:t>waardoor</w:t>
      </w:r>
      <w:proofErr w:type="spellEnd"/>
      <w:r w:rsidRPr="0039647E">
        <w:t xml:space="preserve"> die </w:t>
      </w:r>
      <w:proofErr w:type="spellStart"/>
      <w:r w:rsidRPr="0039647E">
        <w:t>niet</w:t>
      </w:r>
      <w:proofErr w:type="spellEnd"/>
      <w:r w:rsidRPr="0039647E">
        <w:t xml:space="preserve"> </w:t>
      </w:r>
      <w:proofErr w:type="spellStart"/>
      <w:r w:rsidRPr="0039647E">
        <w:t>vermeld</w:t>
      </w:r>
      <w:proofErr w:type="spellEnd"/>
      <w:r w:rsidRPr="0039647E">
        <w:t xml:space="preserve"> </w:t>
      </w:r>
      <w:proofErr w:type="spellStart"/>
      <w:r w:rsidRPr="0039647E">
        <w:t>zijn</w:t>
      </w:r>
      <w:proofErr w:type="spellEnd"/>
      <w:r w:rsidRPr="0039647E">
        <w:t xml:space="preserve">. </w:t>
      </w:r>
    </w:p>
    <w:p w14:paraId="2EC669EB" w14:textId="77777777" w:rsidR="009E357F" w:rsidRDefault="00AF77A1">
      <w:pPr>
        <w:spacing w:before="180" w:after="80"/>
      </w:pPr>
      <w:r>
        <w:rPr>
          <w:b/>
          <w:sz w:val="24"/>
        </w:rPr>
        <w:t>KERNCOMPETENTIES</w:t>
      </w:r>
    </w:p>
    <w:p w14:paraId="0CDA19BE" w14:textId="77777777" w:rsidR="009E357F" w:rsidRDefault="00AF77A1">
      <w:pPr>
        <w:pStyle w:val="Lijstopsomteken"/>
      </w:pPr>
      <w:r>
        <w:t>Patiëntgerichte en mensgerichte zorg</w:t>
      </w:r>
    </w:p>
    <w:p w14:paraId="261A386F" w14:textId="77777777" w:rsidR="009E357F" w:rsidRDefault="00AF77A1">
      <w:pPr>
        <w:pStyle w:val="Lijstopsomteken"/>
      </w:pPr>
      <w:r>
        <w:t>Sterke communicatieve vaardigheden</w:t>
      </w:r>
    </w:p>
    <w:p w14:paraId="56F3CCD2" w14:textId="77777777" w:rsidR="009E357F" w:rsidRDefault="00AF77A1">
      <w:pPr>
        <w:pStyle w:val="Lijstopsomteken"/>
      </w:pPr>
      <w:r>
        <w:t>Observeren, signaleren en rapporteren</w:t>
      </w:r>
    </w:p>
    <w:p w14:paraId="62056D9A" w14:textId="77777777" w:rsidR="009E357F" w:rsidRDefault="00AF77A1">
      <w:pPr>
        <w:pStyle w:val="Lijstopsomteken"/>
      </w:pPr>
      <w:r>
        <w:t>Geduldig en empathisch in patiëntencontact</w:t>
      </w:r>
    </w:p>
    <w:p w14:paraId="054A9A92" w14:textId="77777777" w:rsidR="009E357F" w:rsidRDefault="00AF77A1">
      <w:pPr>
        <w:pStyle w:val="Lijstopsomteken"/>
      </w:pPr>
      <w:r>
        <w:t>Flexibel en zelfstandig werken</w:t>
      </w:r>
    </w:p>
    <w:p w14:paraId="1A187C8D" w14:textId="77777777" w:rsidR="009E357F" w:rsidRDefault="00AF77A1">
      <w:pPr>
        <w:pStyle w:val="Lijstopsomteken"/>
      </w:pPr>
      <w:r>
        <w:t>Teamgericht en collegiaal</w:t>
      </w:r>
    </w:p>
    <w:p w14:paraId="386EF8D3" w14:textId="77777777" w:rsidR="009E357F" w:rsidRDefault="00AF77A1">
      <w:pPr>
        <w:pStyle w:val="Lijstopsomteken"/>
      </w:pPr>
      <w:r>
        <w:t>Nauwkeurig en kwaliteitsgericht</w:t>
      </w:r>
    </w:p>
    <w:p w14:paraId="144C9B0F" w14:textId="77777777" w:rsidR="009E357F" w:rsidRDefault="00AF77A1">
      <w:pPr>
        <w:pStyle w:val="Lijstopsomteken"/>
      </w:pPr>
      <w:r>
        <w:t>Omgaan met complexe en crisissituaties</w:t>
      </w:r>
    </w:p>
    <w:p w14:paraId="59E55136" w14:textId="77777777" w:rsidR="009E357F" w:rsidRDefault="00AF77A1">
      <w:pPr>
        <w:spacing w:before="180" w:after="80"/>
      </w:pPr>
      <w:r>
        <w:rPr>
          <w:b/>
          <w:sz w:val="24"/>
        </w:rPr>
        <w:t>PERSOONLIJKE EIGENSCHAPPEN</w:t>
      </w:r>
    </w:p>
    <w:p w14:paraId="4D695863" w14:textId="77777777" w:rsidR="009E357F" w:rsidRDefault="00AF77A1">
      <w:r>
        <w:t>Creatief • flexibel • communicatief sterk • teamplayer • geduldig • behulpzaam • eerlijk • nauwkeurig en perfectionistisch</w:t>
      </w:r>
    </w:p>
    <w:p w14:paraId="5D70AAA6" w14:textId="77777777" w:rsidR="009E357F" w:rsidRDefault="00AF77A1">
      <w:pPr>
        <w:spacing w:before="180" w:after="80"/>
      </w:pPr>
      <w:r>
        <w:rPr>
          <w:b/>
          <w:sz w:val="24"/>
        </w:rPr>
        <w:t>DOEL</w:t>
      </w:r>
    </w:p>
    <w:p w14:paraId="464F9698" w14:textId="77777777" w:rsidR="009E357F" w:rsidRDefault="00AF77A1">
      <w:r>
        <w:t>Een nieuwe verpleegkundige uitdaging dichter bij huis, bij voorkeur binnen een huisartspraktijk, waar ik mijn ruime ervaring in patiëntenzorg en communicatie kan inzetten en tegelijk nieuwe kennis en vaardigheden kan opbouwen.</w:t>
      </w:r>
    </w:p>
    <w:p w14:paraId="76511B75" w14:textId="77777777" w:rsidR="009E357F" w:rsidRDefault="00AF77A1">
      <w:pPr>
        <w:spacing w:before="180" w:after="80"/>
      </w:pPr>
      <w:r>
        <w:rPr>
          <w:b/>
          <w:sz w:val="24"/>
        </w:rPr>
        <w:t>REFERENTIES</w:t>
      </w:r>
    </w:p>
    <w:p w14:paraId="20975A55" w14:textId="77777777" w:rsidR="009E357F" w:rsidRDefault="00AF77A1">
      <w:r>
        <w:t>Beschikbaar op aanvraag.</w:t>
      </w:r>
    </w:p>
    <w:sectPr w:rsidR="009E357F"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976520766">
    <w:abstractNumId w:val="8"/>
  </w:num>
  <w:num w:numId="2" w16cid:durableId="533538732">
    <w:abstractNumId w:val="6"/>
  </w:num>
  <w:num w:numId="3" w16cid:durableId="466777441">
    <w:abstractNumId w:val="5"/>
  </w:num>
  <w:num w:numId="4" w16cid:durableId="1012803801">
    <w:abstractNumId w:val="4"/>
  </w:num>
  <w:num w:numId="5" w16cid:durableId="607322333">
    <w:abstractNumId w:val="7"/>
  </w:num>
  <w:num w:numId="6" w16cid:durableId="339281670">
    <w:abstractNumId w:val="3"/>
  </w:num>
  <w:num w:numId="7" w16cid:durableId="486240788">
    <w:abstractNumId w:val="2"/>
  </w:num>
  <w:num w:numId="8" w16cid:durableId="505900124">
    <w:abstractNumId w:val="1"/>
  </w:num>
  <w:num w:numId="9" w16cid:durableId="46088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5E8"/>
    <w:rsid w:val="00034616"/>
    <w:rsid w:val="0006063C"/>
    <w:rsid w:val="0015074B"/>
    <w:rsid w:val="001A5AD9"/>
    <w:rsid w:val="0029639D"/>
    <w:rsid w:val="00326F90"/>
    <w:rsid w:val="0039647E"/>
    <w:rsid w:val="004101CD"/>
    <w:rsid w:val="006A2B56"/>
    <w:rsid w:val="00763A0E"/>
    <w:rsid w:val="009E357F"/>
    <w:rsid w:val="00AA1D8D"/>
    <w:rsid w:val="00AF77A1"/>
    <w:rsid w:val="00B47730"/>
    <w:rsid w:val="00CB0664"/>
    <w:rsid w:val="00CC218F"/>
    <w:rsid w:val="00E8575C"/>
    <w:rsid w:val="00F32B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BCEE53"/>
  <w14:defaultImageDpi w14:val="300"/>
  <w15:docId w15:val="{C99FCEE7-448A-1345-9C77-0F5DFCD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715E3B1C2DE247AAF33056844A7B1E" ma:contentTypeVersion="16" ma:contentTypeDescription="Een nieuw document maken." ma:contentTypeScope="" ma:versionID="f257950f281c5bbecaadad326038dcf1">
  <xsd:schema xmlns:xsd="http://www.w3.org/2001/XMLSchema" xmlns:xs="http://www.w3.org/2001/XMLSchema" xmlns:p="http://schemas.microsoft.com/office/2006/metadata/properties" xmlns:ns2="fa854fef-47ef-4fe7-b24f-34aa5dd22952" xmlns:ns3="32101828-2909-4a65-ba48-d46618f906a6" targetNamespace="http://schemas.microsoft.com/office/2006/metadata/properties" ma:root="true" ma:fieldsID="a9b411b9f231a72f65214996dc4a134b" ns2:_="" ns3:_="">
    <xsd:import namespace="fa854fef-47ef-4fe7-b24f-34aa5dd22952"/>
    <xsd:import namespace="32101828-2909-4a65-ba48-d46618f906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4fef-47ef-4fe7-b24f-34aa5dd22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1805dcd-bbec-436e-a01b-7ce4d43c92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101828-2909-4a65-ba48-d46618f906a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9c7105e-5674-4b52-9473-aec3ba60afa8}" ma:internalName="TaxCatchAll" ma:showField="CatchAllData" ma:web="32101828-2909-4a65-ba48-d46618f906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854fef-47ef-4fe7-b24f-34aa5dd22952">
      <Terms xmlns="http://schemas.microsoft.com/office/infopath/2007/PartnerControls"/>
    </lcf76f155ced4ddcb4097134ff3c332f>
    <TaxCatchAll xmlns="32101828-2909-4a65-ba48-d46618f906a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67B5FBE-C622-485D-AB31-E59C5F1D1121}"/>
</file>

<file path=customXml/itemProps3.xml><?xml version="1.0" encoding="utf-8"?>
<ds:datastoreItem xmlns:ds="http://schemas.openxmlformats.org/officeDocument/2006/customXml" ds:itemID="{C4637C34-D328-458E-859E-AF2EA41218C2}"/>
</file>

<file path=customXml/itemProps4.xml><?xml version="1.0" encoding="utf-8"?>
<ds:datastoreItem xmlns:ds="http://schemas.openxmlformats.org/officeDocument/2006/customXml" ds:itemID="{2199B7D4-BB1B-41EF-BCFF-057C22AFB7D7}"/>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Kringcoordinator HZW</cp:lastModifiedBy>
  <cp:revision>2</cp:revision>
  <dcterms:created xsi:type="dcterms:W3CDTF">2026-10-20T08:08:00Z</dcterms:created>
  <dcterms:modified xsi:type="dcterms:W3CDTF">2026-10-20T08:08:00Z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0x01010021715E3B1C2DE247AAF33056844A7B1E</vt:lpwstr>
  </property>
</Properties>
</file>